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1565A8"/>
        </w:rPr>
        <w:t>================================================================================</w:t>
      </w:r>
    </w:p>
    <w:p>
      <w:r>
        <w:rPr>
          <w:b/>
          <w:color w:val="1565A8"/>
        </w:rPr>
        <w:t xml:space="preserve">        KORA JOURNAL OF APPLIED AI &amp; MULTIDISCIPLINARY STUDIES  (KJAI)</w:t>
      </w:r>
    </w:p>
    <w:p>
      <w:r>
        <w:t xml:space="preserve">                  코라 응용 인공지능 및 다학제 연구 저널</w:t>
      </w:r>
    </w:p>
    <w:p>
      <w:r>
        <w:rPr>
          <w:b/>
          <w:color w:val="1565A8"/>
        </w:rPr>
        <w:t xml:space="preserve">                      REVIEWER APPLICATION FORM</w:t>
      </w:r>
    </w:p>
    <w:p>
      <w:r>
        <w:t xml:space="preserve">                    Published by The Korean Academy</w:t>
      </w:r>
    </w:p>
    <w:p>
      <w:r>
        <w:rPr>
          <w:color w:val="1565A8"/>
        </w:rPr>
        <w:t>================================================================================</w:t>
      </w:r>
    </w:p>
    <w:p>
      <w:r/>
    </w:p>
    <w:p>
      <w:r>
        <w:rPr>
          <w:b/>
          <w:color w:val="1565A8"/>
        </w:rPr>
        <w:t>HOW TO SUBMIT</w:t>
      </w:r>
    </w:p>
    <w:p>
      <w:r>
        <w:t xml:space="preserve">  1. Complete every section below. Do not delete any section; write "N/A" where</w:t>
      </w:r>
    </w:p>
    <w:p>
      <w:r>
        <w:t xml:space="preserve">     something does not apply.</w:t>
      </w:r>
    </w:p>
    <w:p>
      <w:r>
        <w:t xml:space="preserve">  2. Attach your CV (PDF preferred).</w:t>
      </w:r>
    </w:p>
    <w:p>
      <w:r>
        <w:t xml:space="preserve">  3. Email both to:  admission@thekoreanacad.com</w:t>
      </w:r>
    </w:p>
    <w:p>
      <w:r>
        <w:t xml:space="preserve">  4. Subject line:   KJAI Reviewer Application - [Full Name] - [Country]</w:t>
      </w:r>
    </w:p>
    <w:p>
      <w:r/>
    </w:p>
    <w:p>
      <w:r>
        <w:t>BEFORE YOU START -- two things are required of every applicant</w:t>
      </w:r>
    </w:p>
    <w:p>
      <w:r>
        <w:t xml:space="preserve">  * An ORCID iD. Registration is free and takes two minutes at orcid.org.</w:t>
      </w:r>
    </w:p>
    <w:p>
      <w:r>
        <w:t xml:space="preserve">    Applications without an ORCID iD cannot be processed.</w:t>
      </w:r>
    </w:p>
    <w:p>
      <w:r>
        <w:t xml:space="preserve">  * At least TWO of the eight eligibility criteria in Section F.</w:t>
      </w:r>
    </w:p>
    <w:p>
      <w:r/>
    </w:p>
    <w:p>
      <w:r>
        <w:t>Date of application: ____________________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A -- PERSONAL AND CONTACT DETAILS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A1. Title (Mr / Ms / Mx / Dr / Prof / other):</w:t>
      </w:r>
    </w:p>
    <w:p>
      <w:r>
        <w:t>A2. Full name (as it should appear in the reviewer acknowledgement):</w:t>
      </w:r>
    </w:p>
    <w:p>
      <w:r>
        <w:t>A3. Preferred name form for correspondence:</w:t>
      </w:r>
    </w:p>
    <w:p>
      <w:r>
        <w:t>A4. Email address:</w:t>
      </w:r>
    </w:p>
    <w:p>
      <w:r>
        <w:t>A5. Alternative email:</w:t>
      </w:r>
    </w:p>
    <w:p>
      <w:r>
        <w:t>A6. Phone (with country code):</w:t>
      </w:r>
    </w:p>
    <w:p>
      <w:r>
        <w:t>A7. Country of residence:</w:t>
      </w:r>
    </w:p>
    <w:p>
      <w:r>
        <w:t>A8. City:</w:t>
      </w:r>
    </w:p>
    <w:p>
      <w:r>
        <w:t>A9. Time zone: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B -- IDENTIFIERS  (B1 is mandatory)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B1. ORCID iD (required):            https://orcid.org/____-____-____-____</w:t>
      </w:r>
    </w:p>
    <w:p>
      <w:r>
        <w:t>B2. Google Scholar profile URL:</w:t>
      </w:r>
    </w:p>
    <w:p>
      <w:r>
        <w:t>B3. DBLP / Semantic Scholar profile URL:</w:t>
      </w:r>
    </w:p>
    <w:p>
      <w:r>
        <w:t>B4. GitHub, GitLab or other code profile URL:</w:t>
      </w:r>
    </w:p>
    <w:p>
      <w:r>
        <w:t>B5. Personal or departmental web page: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C -- EDUCATION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List your highest qualification first. Add rows as needed. Include qualifications</w:t>
      </w:r>
    </w:p>
    <w:p>
      <w:r>
        <w:t>currently in progress, marking them "in progress" with the expected year.</w:t>
      </w:r>
    </w:p>
    <w:p>
      <w:r/>
    </w:p>
    <w:p>
      <w:r>
        <w:t xml:space="preserve">  C1. Degree / Level          :</w:t>
      </w:r>
    </w:p>
    <w:p>
      <w:r>
        <w:t xml:space="preserve">      Field of study          :</w:t>
      </w:r>
    </w:p>
    <w:p>
      <w:r>
        <w:t xml:space="preserve">      Institution             :</w:t>
      </w:r>
    </w:p>
    <w:p>
      <w:r>
        <w:t xml:space="preserve">      Country                 :</w:t>
      </w:r>
    </w:p>
    <w:p>
      <w:r>
        <w:t xml:space="preserve">      Year awarded / expected :</w:t>
      </w:r>
    </w:p>
    <w:p>
      <w:r>
        <w:t xml:space="preserve">      Thesis or dissertation title (if any):</w:t>
      </w:r>
    </w:p>
    <w:p>
      <w:r/>
    </w:p>
    <w:p>
      <w:r>
        <w:t xml:space="preserve">  C2. Degree / Level          :</w:t>
      </w:r>
    </w:p>
    <w:p>
      <w:r>
        <w:t xml:space="preserve">      Field of study          :</w:t>
      </w:r>
    </w:p>
    <w:p>
      <w:r>
        <w:t xml:space="preserve">      Institution             :</w:t>
      </w:r>
    </w:p>
    <w:p>
      <w:r>
        <w:t xml:space="preserve">      Country                 :</w:t>
      </w:r>
    </w:p>
    <w:p>
      <w:r>
        <w:t xml:space="preserve">      Year awarded / expected :</w:t>
      </w:r>
    </w:p>
    <w:p>
      <w:r>
        <w:t xml:space="preserve">      Thesis or dissertation title (if any):</w:t>
      </w:r>
    </w:p>
    <w:p>
      <w:r/>
    </w:p>
    <w:p>
      <w:r>
        <w:t xml:space="preserve">  C3. Degree / Level          :</w:t>
      </w:r>
    </w:p>
    <w:p>
      <w:r>
        <w:t xml:space="preserve">      Field of study          :</w:t>
      </w:r>
    </w:p>
    <w:p>
      <w:r>
        <w:t xml:space="preserve">      Institution             :</w:t>
      </w:r>
    </w:p>
    <w:p>
      <w:r>
        <w:t xml:space="preserve">      Country                 :</w:t>
      </w:r>
    </w:p>
    <w:p>
      <w:r>
        <w:t xml:space="preserve">      Year awarded / expected 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D -- CURRENT POSITION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D1. Current role / job title:</w:t>
      </w:r>
    </w:p>
    <w:p>
      <w:r>
        <w:t>D2. Department or team:</w:t>
      </w:r>
    </w:p>
    <w:p>
      <w:r>
        <w:t>D3. Institution, company or organisation:</w:t>
      </w:r>
    </w:p>
    <w:p>
      <w:r>
        <w:t>D4. Country:</w:t>
      </w:r>
    </w:p>
    <w:p>
      <w:r>
        <w:t>D5. Since (month / year):</w:t>
      </w:r>
    </w:p>
    <w:p>
      <w:r>
        <w:t>D6. Sector (university / research institute / industry / government / clinical /</w:t>
      </w:r>
    </w:p>
    <w:p>
      <w:r>
        <w:t xml:space="preserve">    NGO / independent):</w:t>
      </w:r>
    </w:p>
    <w:p>
      <w:r>
        <w:t>D7. If you are a student, state your programme, year of study, and the name of</w:t>
      </w:r>
    </w:p>
    <w:p>
      <w:r>
        <w:t xml:space="preserve">    your supervisor (we do not contact them without asking you first):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E -- TECHNICAL BACKGROUND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E1. Which best describes you?  (tick all that apply)</w:t>
      </w:r>
    </w:p>
    <w:p>
      <w:r/>
    </w:p>
    <w:p>
      <w:r>
        <w:t xml:space="preserve">    [ ] Primarily a methods researcher (machine learning, AI, statistics)</w:t>
      </w:r>
    </w:p>
    <w:p>
      <w:r>
        <w:t xml:space="preserve">    [ ] Primarily a domain researcher who applies AI in that domain</w:t>
      </w:r>
    </w:p>
    <w:p>
      <w:r>
        <w:t xml:space="preserve">    [ ] Both, roughly equally</w:t>
      </w:r>
    </w:p>
    <w:p>
      <w:r>
        <w:t xml:space="preserve">    [ ] A practitioner who builds and deploys AI systems in production</w:t>
      </w:r>
    </w:p>
    <w:p>
      <w:r>
        <w:t xml:space="preserve">    [ ] A researcher on the ethical, legal, social or policy side of AI</w:t>
      </w:r>
    </w:p>
    <w:p>
      <w:r/>
    </w:p>
    <w:p>
      <w:r>
        <w:t>E2. Application domains you work in (medicine, education, engineering, climate,</w:t>
      </w:r>
    </w:p>
    <w:p>
      <w:r>
        <w:t xml:space="preserve">    finance, law, linguistics, social science, other):</w:t>
      </w:r>
    </w:p>
    <w:p>
      <w:r/>
    </w:p>
    <w:p>
      <w:r>
        <w:t>E3. Can you assess a paper's statistics and experimental design?    Yes / No</w:t>
      </w:r>
    </w:p>
    <w:p>
      <w:r>
        <w:t>E4. Can you read and evaluate released code?                        Yes / No</w:t>
      </w:r>
    </w:p>
    <w:p>
      <w:r>
        <w:t>E5. Programming languages and frameworks you are fluent in:</w:t>
      </w:r>
    </w:p>
    <w:p>
      <w:r/>
    </w:p>
    <w:p>
      <w:r>
        <w:t>E6. Can you review a manuscript written in English?                 Yes / No</w:t>
      </w:r>
    </w:p>
    <w:p>
      <w:r>
        <w:t>E7. Any other language you can review in: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F -- ELIGIBILITY  (tick AT LEAST TWO, and give the evidence)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[ ] F1. A doctorate (completed or in progress) in computer science, artificial</w:t>
      </w:r>
    </w:p>
    <w:p>
      <w:r>
        <w:t xml:space="preserve">        intelligence, statistics, engineering, or in a domain field in which you</w:t>
      </w:r>
    </w:p>
    <w:p>
      <w:r>
        <w:t xml:space="preserve">        apply AI.</w:t>
      </w:r>
    </w:p>
    <w:p>
      <w:r>
        <w:t xml:space="preserve">        Evidence:</w:t>
      </w:r>
    </w:p>
    <w:p>
      <w:r/>
    </w:p>
    <w:p>
      <w:r>
        <w:t>[ ] F2. A master's degree in one of the journal's subject areas.</w:t>
      </w:r>
    </w:p>
    <w:p>
      <w:r>
        <w:t xml:space="preserve">        Evidence:</w:t>
      </w:r>
    </w:p>
    <w:p>
      <w:r/>
    </w:p>
    <w:p>
      <w:r>
        <w:t>[ ] F3. A bachelor's degree in a relevant field, together with demonstrable</w:t>
      </w:r>
    </w:p>
    <w:p>
      <w:r>
        <w:t xml:space="preserve">        further specialisation in the area you wish to review.</w:t>
      </w:r>
    </w:p>
    <w:p>
      <w:r>
        <w:t xml:space="preserve">        Evidence:</w:t>
      </w:r>
    </w:p>
    <w:p>
      <w:r/>
    </w:p>
    <w:p>
      <w:r>
        <w:t>[ ] F4. At least one peer-reviewed publication -- journal article, book chapter</w:t>
      </w:r>
    </w:p>
    <w:p>
      <w:r>
        <w:t xml:space="preserve">        or full conference paper -- within the journal's scope.</w:t>
      </w:r>
    </w:p>
    <w:p>
      <w:r>
        <w:t xml:space="preserve">        Evidence (full citation):</w:t>
      </w:r>
    </w:p>
    <w:p>
      <w:r/>
    </w:p>
    <w:p>
      <w:r>
        <w:t>[ ] F5. At least two years' professional experience building, deploying or</w:t>
      </w:r>
    </w:p>
    <w:p>
      <w:r>
        <w:t xml:space="preserve">        evaluating AI or data systems in industry, clinical practice, government</w:t>
      </w:r>
    </w:p>
    <w:p>
      <w:r>
        <w:t xml:space="preserve">        or a research group.</w:t>
      </w:r>
    </w:p>
    <w:p>
      <w:r>
        <w:t xml:space="preserve">        Evidence:</w:t>
      </w:r>
    </w:p>
    <w:p>
      <w:r/>
    </w:p>
    <w:p>
      <w:r>
        <w:t>[ ] F6. Prior peer-review experience for a journal, conference or academic press.</w:t>
      </w:r>
    </w:p>
    <w:p>
      <w:r>
        <w:t xml:space="preserve">        Evidence (name of venue; you need not name the manuscripts):</w:t>
      </w:r>
    </w:p>
    <w:p>
      <w:r/>
    </w:p>
    <w:p>
      <w:r>
        <w:t>[ ] F7. A substantive maintained open-source contribution, released dataset or</w:t>
      </w:r>
    </w:p>
    <w:p>
      <w:r>
        <w:t xml:space="preserve">        released model within the journal's scope.</w:t>
      </w:r>
    </w:p>
    <w:p>
      <w:r>
        <w:t xml:space="preserve">        Evidence (repository or archive link, and your role):</w:t>
      </w:r>
    </w:p>
    <w:p>
      <w:r/>
    </w:p>
    <w:p>
      <w:r>
        <w:t>[ ] F8. Recognised domain expertise -- clinical, legal, educational, engineering,</w:t>
      </w:r>
    </w:p>
    <w:p>
      <w:r>
        <w:t xml:space="preserve">        policy or equivalent -- in a field where AI is being applied, including</w:t>
      </w:r>
    </w:p>
    <w:p>
      <w:r>
        <w:t xml:space="preserve">        professional certification or licensure where relevant.</w:t>
      </w:r>
    </w:p>
    <w:p>
      <w:r>
        <w:t xml:space="preserve">        Evidence:</w:t>
      </w:r>
    </w:p>
    <w:p>
      <w:r/>
    </w:p>
    <w:p>
      <w:r>
        <w:t>Number of criteria ticked: ______   (minimum 2)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G -- AREAS OF EXPERTISE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G1. Tick every subject area you are competent to review. Please be honest and</w:t>
      </w:r>
    </w:p>
    <w:p>
      <w:r>
        <w:t xml:space="preserve">    conservative: reviewing outside your competence helps nobody.</w:t>
      </w:r>
    </w:p>
    <w:p>
      <w:r/>
    </w:p>
    <w:p>
      <w:r>
        <w:t xml:space="preserve">    METHODS</w:t>
      </w:r>
    </w:p>
    <w:p>
      <w:r>
        <w:t xml:space="preserve">    [ ] Machine learning, deep learning and representation learning</w:t>
      </w:r>
    </w:p>
    <w:p>
      <w:r>
        <w:t xml:space="preserve">    [ ] Statistical learning theory and optimisation</w:t>
      </w:r>
    </w:p>
    <w:p>
      <w:r>
        <w:t xml:space="preserve">    [ ] Natural language processing and large language models</w:t>
      </w:r>
    </w:p>
    <w:p>
      <w:r>
        <w:t xml:space="preserve">    [ ] Computer vision and image analysis</w:t>
      </w:r>
    </w:p>
    <w:p>
      <w:r>
        <w:t xml:space="preserve">    [ ] Speech, audio, signal and time-series modelling</w:t>
      </w:r>
    </w:p>
    <w:p>
      <w:r>
        <w:t xml:space="preserve">    [ ] Reinforcement learning, planning and decision-making</w:t>
      </w:r>
    </w:p>
    <w:p>
      <w:r>
        <w:t xml:space="preserve">    [ ] Knowledge representation, graphs and neuro-symbolic methods</w:t>
      </w:r>
    </w:p>
    <w:p>
      <w:r>
        <w:t xml:space="preserve">    [ ] Generative models, retrieval-augmented and agentic systems</w:t>
      </w:r>
    </w:p>
    <w:p>
      <w:r>
        <w:t xml:space="preserve">    [ ] Efficient, edge, federated and privacy-preserving learning</w:t>
      </w:r>
    </w:p>
    <w:p>
      <w:r>
        <w:t xml:space="preserve">    [ ] Data engineering, MLOps and production deployment</w:t>
      </w:r>
    </w:p>
    <w:p>
      <w:r>
        <w:t xml:space="preserve">    [ ] Evaluation, benchmarking and uncertainty quantification</w:t>
      </w:r>
    </w:p>
    <w:p>
      <w:r/>
    </w:p>
    <w:p>
      <w:r>
        <w:t xml:space="preserve">    APPLICATION DOMAINS</w:t>
      </w:r>
    </w:p>
    <w:p>
      <w:r>
        <w:t xml:space="preserve">    [ ] Health, medicine and the life sciences</w:t>
      </w:r>
    </w:p>
    <w:p>
      <w:r>
        <w:t xml:space="preserve">    [ ] Education and the learning sciences</w:t>
      </w:r>
    </w:p>
    <w:p>
      <w:r>
        <w:t xml:space="preserve">    [ ] Engineering, manufacturing and robotics</w:t>
      </w:r>
    </w:p>
    <w:p>
      <w:r>
        <w:t xml:space="preserve">    [ ] Environment, climate, agriculture and energy</w:t>
      </w:r>
    </w:p>
    <w:p>
      <w:r>
        <w:t xml:space="preserve">    [ ] Finance, economics, business and operations</w:t>
      </w:r>
    </w:p>
    <w:p>
      <w:r>
        <w:t xml:space="preserve">    [ ] Law, governance and public policy</w:t>
      </w:r>
    </w:p>
    <w:p>
      <w:r>
        <w:t xml:space="preserve">    [ ] Language, translation, digital humanities and cultural heritage</w:t>
      </w:r>
    </w:p>
    <w:p>
      <w:r>
        <w:t xml:space="preserve">    [ ] Computational social science</w:t>
      </w:r>
    </w:p>
    <w:p>
      <w:r>
        <w:t xml:space="preserve">    [ ] Security, forensics and critical infrastructure</w:t>
      </w:r>
    </w:p>
    <w:p>
      <w:r/>
    </w:p>
    <w:p>
      <w:r>
        <w:t xml:space="preserve">    RESPONSIBLE AND HUMAN-CENTRED AI</w:t>
      </w:r>
    </w:p>
    <w:p>
      <w:r>
        <w:t xml:space="preserve">    [ ] Fairness, bias and auditing</w:t>
      </w:r>
    </w:p>
    <w:p>
      <w:r>
        <w:t xml:space="preserve">    [ ] Explainability and interpretability</w:t>
      </w:r>
    </w:p>
    <w:p>
      <w:r>
        <w:t xml:space="preserve">    [ ] Privacy, data protection and provenance</w:t>
      </w:r>
    </w:p>
    <w:p>
      <w:r>
        <w:t xml:space="preserve">    [ ] Robustness, safety and failure analysis</w:t>
      </w:r>
    </w:p>
    <w:p>
      <w:r>
        <w:t xml:space="preserve">    [ ] Human-AI interaction and cognitive science</w:t>
      </w:r>
    </w:p>
    <w:p>
      <w:r>
        <w:t xml:space="preserve">    [ ] AI ethics, regulation and standards</w:t>
      </w:r>
    </w:p>
    <w:p>
      <w:r/>
    </w:p>
    <w:p>
      <w:r>
        <w:t xml:space="preserve">    [ ] Other (specify): ______________________________________</w:t>
      </w:r>
    </w:p>
    <w:p>
      <w:r/>
    </w:p>
    <w:p>
      <w:r>
        <w:t>G2. Five keywords describing what you can review:</w:t>
      </w:r>
    </w:p>
    <w:p>
      <w:r/>
    </w:p>
    <w:p>
      <w:r>
        <w:t>G3. Methods you are competent to assess (for example: experimental design,</w:t>
      </w:r>
    </w:p>
    <w:p>
      <w:r>
        <w:t xml:space="preserve">    statistical inference, causal inference, benchmarking methodology,</w:t>
      </w:r>
    </w:p>
    <w:p>
      <w:r>
        <w:t xml:space="preserve">    qualitative and mixed methods, human-subject study design, systematic</w:t>
      </w:r>
    </w:p>
    <w:p>
      <w:r>
        <w:t xml:space="preserve">    review method, formal analysis):</w:t>
      </w:r>
    </w:p>
    <w:p>
      <w:r/>
    </w:p>
    <w:p>
      <w:r>
        <w:t>G4. Would you be willing to review the code or data released with a manuscript,</w:t>
      </w:r>
    </w:p>
    <w:p>
      <w:r>
        <w:t xml:space="preserve">    where the authors have released it?                             Yes / No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H -- SELECTED PUBLICATIONS OR OUTPUTS  (up to five, most relevant first)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Full citations. Released datasets, models and maintained software count as</w:t>
      </w:r>
    </w:p>
    <w:p>
      <w:r>
        <w:t>outputs -- give the persistent identifier or repository. Write "None yet" if you</w:t>
      </w:r>
    </w:p>
    <w:p>
      <w:r>
        <w:t>have none; this does not disqualify you where other criteria are met.</w:t>
      </w:r>
    </w:p>
    <w:p>
      <w:r/>
    </w:p>
    <w:p>
      <w:r>
        <w:t xml:space="preserve">  H1.</w:t>
      </w:r>
    </w:p>
    <w:p>
      <w:r>
        <w:t xml:space="preserve">  H2.</w:t>
      </w:r>
    </w:p>
    <w:p>
      <w:r>
        <w:t xml:space="preserve">  H3.</w:t>
      </w:r>
    </w:p>
    <w:p>
      <w:r>
        <w:t xml:space="preserve">  H4.</w:t>
      </w:r>
    </w:p>
    <w:p>
      <w:r>
        <w:t xml:space="preserve">  H5.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I -- REVIEW EXPERIENCE AND AVAILABILITY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I1. Have you reviewed for a journal, conference or press before?   Yes / No</w:t>
      </w:r>
    </w:p>
    <w:p>
      <w:r>
        <w:t>I2. If yes, where, and roughly how many manuscripts:</w:t>
      </w:r>
    </w:p>
    <w:p>
      <w:r>
        <w:t>I3. How many manuscripts can you review per year?  (we ask for no more than 3)</w:t>
      </w:r>
    </w:p>
    <w:p>
      <w:r>
        <w:t>I4. Any period in the coming year when you will be unavailable:</w:t>
      </w:r>
    </w:p>
    <w:p>
      <w:r>
        <w:t>I5. Would you be willing to review a manuscript at short notice if a reviewer</w:t>
      </w:r>
    </w:p>
    <w:p>
      <w:r>
        <w:t xml:space="preserve">    withdraws?                                                      Yes / No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SECTION J -- DECLARATIONS  (initial each line)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____  The information given in this form is accurate and complete.</w:t>
      </w:r>
    </w:p>
    <w:p>
      <w:r/>
    </w:p>
    <w:p>
      <w:r>
        <w:t>____  I will keep every manuscript sent to me confidential; I will not share it,</w:t>
      </w:r>
    </w:p>
    <w:p>
      <w:r>
        <w:t xml:space="preserve">      discuss it with anyone outside the editorial process, or use its content</w:t>
      </w:r>
    </w:p>
    <w:p>
      <w:r>
        <w:t xml:space="preserve">      before publication.</w:t>
      </w:r>
    </w:p>
    <w:p>
      <w:r/>
    </w:p>
    <w:p>
      <w:r>
        <w:t>____  I will not upload a manuscript, its data, or its code -- in whole or in</w:t>
      </w:r>
    </w:p>
    <w:p>
      <w:r>
        <w:t xml:space="preserve">      part -- to any generative AI service, hosted model or third-party tool</w:t>
      </w:r>
    </w:p>
    <w:p>
      <w:r>
        <w:t xml:space="preserve">      that retains what is sent to it. I understand this is a breach of</w:t>
      </w:r>
    </w:p>
    <w:p>
      <w:r>
        <w:t xml:space="preserve">      confidentiality, not a grey area.</w:t>
      </w:r>
    </w:p>
    <w:p>
      <w:r/>
    </w:p>
    <w:p>
      <w:r>
        <w:t>____  I will not run, redistribute or build on code or data supplied with a</w:t>
      </w:r>
    </w:p>
    <w:p>
      <w:r>
        <w:t xml:space="preserve">      manuscript for any purpose other than assessing that manuscript.</w:t>
      </w:r>
    </w:p>
    <w:p>
      <w:r/>
    </w:p>
    <w:p>
      <w:r>
        <w:t>____  I will declare any conflict of interest and will decline to review the</w:t>
      </w:r>
    </w:p>
    <w:p>
      <w:r>
        <w:t xml:space="preserve">      work of a close colleague, co-author within three years, classmate,</w:t>
      </w:r>
    </w:p>
    <w:p>
      <w:r>
        <w:t xml:space="preserve">      student, supervisor or anyone in my own department or company.</w:t>
      </w:r>
    </w:p>
    <w:p>
      <w:r/>
    </w:p>
    <w:p>
      <w:r>
        <w:t>____  I will decline promptly, rather than accept and delay, when a manuscript</w:t>
      </w:r>
    </w:p>
    <w:p>
      <w:r>
        <w:t xml:space="preserve">      falls outside my competence or I cannot meet the deadline.</w:t>
      </w:r>
    </w:p>
    <w:p>
      <w:r/>
    </w:p>
    <w:p>
      <w:r>
        <w:t>____  I will write reviews that are professional and constructive, and will not</w:t>
      </w:r>
    </w:p>
    <w:p>
      <w:r>
        <w:t xml:space="preserve">      make personal criticism of an author.</w:t>
      </w:r>
    </w:p>
    <w:p>
      <w:r/>
    </w:p>
    <w:p>
      <w:r>
        <w:t>J1. Do you consent to being named in the journal's annual reviewer</w:t>
      </w:r>
    </w:p>
    <w:p>
      <w:r>
        <w:t xml:space="preserve">    acknowledgement?  (You may say no; it makes no difference to whether we</w:t>
      </w:r>
    </w:p>
    <w:p>
      <w:r>
        <w:t xml:space="preserve">    invite you.)                                                    Yes / No</w:t>
      </w:r>
    </w:p>
    <w:p>
      <w:r/>
    </w:p>
    <w:p>
      <w:r>
        <w:t>J2. Do you have any connection to The Korean Academy -- as a student, alumnus,</w:t>
      </w:r>
    </w:p>
    <w:p>
      <w:r>
        <w:t xml:space="preserve">    employee, teacher or contractor?  This does not disqualify you; it tells us</w:t>
      </w:r>
    </w:p>
    <w:p>
      <w:r>
        <w:t xml:space="preserve">    which manuscripts we must not send you.</w:t>
      </w:r>
    </w:p>
    <w:p>
      <w:r>
        <w:t xml:space="preserve">    Yes / No.  If yes, describe:</w:t>
      </w:r>
    </w:p>
    <w:p>
      <w:r/>
    </w:p>
    <w:p>
      <w:r>
        <w:t>J3. Do you have a commercial interest -- employment, equity, consultancy or</w:t>
      </w:r>
    </w:p>
    <w:p>
      <w:r>
        <w:t xml:space="preserve">    funding -- in a company whose products this journal publishes work on?</w:t>
      </w:r>
    </w:p>
    <w:p>
      <w:r>
        <w:t xml:space="preserve">    This does not disqualify you either; it tells us where to be careful.</w:t>
      </w:r>
    </w:p>
    <w:p>
      <w:r>
        <w:t xml:space="preserve">    Yes / No.  If yes, describe: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SIGNATURE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Signed:  ____________________________     Date:  ____________________</w:t>
      </w:r>
    </w:p>
    <w:p>
      <w:r>
        <w:t>(A typed name is accepted for an emailed application.)</w:t>
      </w:r>
    </w:p>
    <w:p>
      <w:r/>
    </w:p>
    <w:p>
      <w:r>
        <w:rPr>
          <w:color w:val="9AB4CB"/>
        </w:rPr>
        <w:t>--------------------------------------------------------------------------------</w:t>
      </w:r>
    </w:p>
    <w:p>
      <w:r>
        <w:rPr>
          <w:b/>
          <w:color w:val="1565A8"/>
        </w:rPr>
        <w:t>ATTACHMENTS CHECKLIST</w:t>
      </w:r>
    </w:p>
    <w:p>
      <w:r>
        <w:rPr>
          <w:color w:val="9AB4CB"/>
        </w:rPr>
        <w:t>--------------------------------------------------------------------------------</w:t>
      </w:r>
    </w:p>
    <w:p>
      <w:r>
        <w:t>[ ] This completed form</w:t>
      </w:r>
    </w:p>
    <w:p>
      <w:r>
        <w:t>[ ] Curriculum vitae (PDF preferred) -- required</w:t>
      </w:r>
    </w:p>
    <w:p>
      <w:r>
        <w:t>[ ] One publication, preprint, writing sample or repository link (optional, but</w:t>
      </w:r>
    </w:p>
    <w:p>
      <w:r>
        <w:t xml:space="preserve">    genuinely helpful if you have no publication record yet)</w:t>
      </w:r>
    </w:p>
    <w:p>
      <w:r/>
    </w:p>
    <w:p>
      <w:r>
        <w:rPr>
          <w:color w:val="1565A8"/>
        </w:rPr>
        <w:t>================================================================================</w:t>
      </w:r>
    </w:p>
    <w:p>
      <w:r>
        <w:t xml:space="preserve">  Send to: admission@thekoreanacad.com</w:t>
      </w:r>
    </w:p>
    <w:p>
      <w:r>
        <w:t xml:space="preserve">  Subject: KJAI Reviewer Application - [Full Name] - [Country]</w:t>
      </w:r>
    </w:p>
    <w:p>
      <w:r/>
    </w:p>
    <w:p>
      <w:r>
        <w:t xml:space="preserve">  You will receive an acknowledgement within 3 to 5 working days. Successful</w:t>
      </w:r>
    </w:p>
    <w:p>
      <w:r>
        <w:t xml:space="preserve">  applicants are added to the reviewer database and matched to manuscripts in</w:t>
      </w:r>
    </w:p>
    <w:p>
      <w:r>
        <w:t xml:space="preserve">  their stated areas. We aim not to invite any reviewer more than three times</w:t>
      </w:r>
    </w:p>
    <w:p>
      <w:r>
        <w:t xml:space="preserve">  a year.</w:t>
      </w:r>
    </w:p>
    <w:p>
      <w:r>
        <w:rPr>
          <w:color w:val="1565A8"/>
        </w:rPr>
        <w:t>================================================================================</w:t>
      </w:r>
    </w:p>
    <w:p>
      <w:r/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Consolas" w:hAnsi="Consola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